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A64" w:rsidRPr="00521E24" w:rsidRDefault="00B75BA6" w:rsidP="00521E24">
      <w:pPr>
        <w:jc w:val="center"/>
        <w:rPr>
          <w:rFonts w:ascii="Times New Roman" w:hAnsi="Times New Roman" w:cs="Times New Roman"/>
          <w:sz w:val="40"/>
          <w:szCs w:val="40"/>
        </w:rPr>
      </w:pPr>
      <w:r w:rsidRPr="00521E24">
        <w:rPr>
          <w:rFonts w:ascii="Times New Roman" w:hAnsi="Times New Roman" w:cs="Times New Roman"/>
          <w:b/>
          <w:sz w:val="40"/>
          <w:szCs w:val="40"/>
        </w:rPr>
        <w:t>Darbo skelbimas</w:t>
      </w:r>
    </w:p>
    <w:p w:rsidR="002B2A64" w:rsidRPr="00521E24" w:rsidRDefault="00B75BA6" w:rsidP="00521E24">
      <w:pPr>
        <w:jc w:val="center"/>
        <w:rPr>
          <w:rFonts w:ascii="Times New Roman" w:hAnsi="Times New Roman" w:cs="Times New Roman"/>
          <w:sz w:val="32"/>
          <w:szCs w:val="32"/>
        </w:rPr>
      </w:pPr>
      <w:r w:rsidRPr="00521E24">
        <w:rPr>
          <w:rFonts w:ascii="Times New Roman" w:hAnsi="Times New Roman" w:cs="Times New Roman"/>
          <w:b/>
          <w:sz w:val="32"/>
          <w:szCs w:val="32"/>
        </w:rPr>
        <w:t>Švenčionėlių Karaliaus Mindaugo gimnazija</w:t>
      </w:r>
    </w:p>
    <w:p w:rsidR="002B2A64" w:rsidRPr="00521E24" w:rsidRDefault="00B75BA6" w:rsidP="00521E24">
      <w:pPr>
        <w:jc w:val="center"/>
        <w:rPr>
          <w:rFonts w:ascii="Times New Roman" w:hAnsi="Times New Roman" w:cs="Times New Roman"/>
          <w:sz w:val="32"/>
          <w:szCs w:val="32"/>
        </w:rPr>
      </w:pPr>
      <w:r w:rsidRPr="00521E24">
        <w:rPr>
          <w:rFonts w:ascii="Times New Roman" w:hAnsi="Times New Roman" w:cs="Times New Roman"/>
          <w:b/>
          <w:sz w:val="32"/>
          <w:szCs w:val="32"/>
        </w:rPr>
        <w:t>Ekonomikos ir verslumo mokytojas (-a)</w:t>
      </w:r>
    </w:p>
    <w:p w:rsidR="002B2A64" w:rsidRPr="00521E24" w:rsidRDefault="00B75BA6">
      <w:pPr>
        <w:rPr>
          <w:rFonts w:ascii="Times New Roman" w:hAnsi="Times New Roman" w:cs="Times New Roman"/>
          <w:sz w:val="24"/>
          <w:szCs w:val="24"/>
        </w:rPr>
      </w:pPr>
      <w:r w:rsidRPr="00521E24">
        <w:rPr>
          <w:rFonts w:ascii="Times New Roman" w:hAnsi="Times New Roman" w:cs="Times New Roman"/>
          <w:sz w:val="24"/>
          <w:szCs w:val="24"/>
        </w:rPr>
        <w:t>Darbuotojas (-a), dirbantis (-i) pagal neterminuotą darbo sutartį</w:t>
      </w:r>
    </w:p>
    <w:p w:rsidR="002B2A64" w:rsidRPr="00521E24" w:rsidRDefault="00B75BA6">
      <w:pPr>
        <w:rPr>
          <w:rFonts w:ascii="Times New Roman" w:hAnsi="Times New Roman" w:cs="Times New Roman"/>
          <w:sz w:val="24"/>
          <w:szCs w:val="24"/>
        </w:rPr>
      </w:pPr>
      <w:r w:rsidRPr="00521E24">
        <w:rPr>
          <w:rFonts w:ascii="Times New Roman" w:hAnsi="Times New Roman" w:cs="Times New Roman"/>
          <w:sz w:val="24"/>
          <w:szCs w:val="24"/>
        </w:rPr>
        <w:t xml:space="preserve">Švenčionėlių Karaliaus Mindaugo gimnazija siūlo darbą ekonomikos ir verslumo mokytojui (-ai) </w:t>
      </w:r>
      <w:r w:rsidRPr="00521E24">
        <w:rPr>
          <w:rFonts w:ascii="Times New Roman" w:hAnsi="Times New Roman" w:cs="Times New Roman"/>
          <w:sz w:val="24"/>
          <w:szCs w:val="24"/>
        </w:rPr>
        <w:t>nuo rugsėjo 1 d.</w:t>
      </w:r>
    </w:p>
    <w:p w:rsidR="002B2A64" w:rsidRPr="00521E24" w:rsidRDefault="00B75BA6">
      <w:pPr>
        <w:rPr>
          <w:rFonts w:ascii="Times New Roman" w:hAnsi="Times New Roman" w:cs="Times New Roman"/>
          <w:sz w:val="24"/>
          <w:szCs w:val="24"/>
        </w:rPr>
      </w:pPr>
      <w:r w:rsidRPr="00521E24">
        <w:rPr>
          <w:rFonts w:ascii="Times New Roman" w:hAnsi="Times New Roman" w:cs="Times New Roman"/>
          <w:b/>
          <w:sz w:val="24"/>
          <w:szCs w:val="24"/>
        </w:rPr>
        <w:t>Pareigos</w:t>
      </w:r>
    </w:p>
    <w:p w:rsidR="002B2A64" w:rsidRPr="00521E24" w:rsidRDefault="00B75BA6">
      <w:pPr>
        <w:rPr>
          <w:rFonts w:ascii="Times New Roman" w:hAnsi="Times New Roman" w:cs="Times New Roman"/>
          <w:sz w:val="24"/>
          <w:szCs w:val="24"/>
        </w:rPr>
      </w:pPr>
      <w:r w:rsidRPr="00521E24">
        <w:rPr>
          <w:rFonts w:ascii="Times New Roman" w:hAnsi="Times New Roman" w:cs="Times New Roman"/>
          <w:sz w:val="24"/>
          <w:szCs w:val="24"/>
        </w:rPr>
        <w:t>Mokytojas (-a)</w:t>
      </w:r>
    </w:p>
    <w:p w:rsidR="002B2A64" w:rsidRPr="00521E24" w:rsidRDefault="00B75BA6">
      <w:pPr>
        <w:rPr>
          <w:rFonts w:ascii="Times New Roman" w:hAnsi="Times New Roman" w:cs="Times New Roman"/>
          <w:sz w:val="24"/>
          <w:szCs w:val="24"/>
        </w:rPr>
      </w:pPr>
      <w:r w:rsidRPr="00521E24">
        <w:rPr>
          <w:rFonts w:ascii="Times New Roman" w:hAnsi="Times New Roman" w:cs="Times New Roman"/>
          <w:b/>
          <w:sz w:val="24"/>
          <w:szCs w:val="24"/>
        </w:rPr>
        <w:t>Darbo aprašymas</w:t>
      </w:r>
      <w:bookmarkStart w:id="0" w:name="_GoBack"/>
      <w:bookmarkEnd w:id="0"/>
    </w:p>
    <w:p w:rsidR="002B2A64" w:rsidRPr="00521E24" w:rsidRDefault="00B75BA6">
      <w:pPr>
        <w:pStyle w:val="Sraassuenkleliais"/>
        <w:ind w:left="340" w:hanging="170"/>
        <w:rPr>
          <w:rFonts w:ascii="Times New Roman" w:hAnsi="Times New Roman" w:cs="Times New Roman"/>
          <w:sz w:val="24"/>
          <w:szCs w:val="24"/>
        </w:rPr>
      </w:pPr>
      <w:r w:rsidRPr="00521E24">
        <w:rPr>
          <w:rFonts w:ascii="Times New Roman" w:hAnsi="Times New Roman" w:cs="Times New Roman"/>
          <w:sz w:val="24"/>
          <w:szCs w:val="24"/>
        </w:rPr>
        <w:t>ekonomikos ir verslumo pamokų vedimas 10–12 klasių mokiniams;</w:t>
      </w:r>
    </w:p>
    <w:p w:rsidR="002B2A64" w:rsidRPr="00521E24" w:rsidRDefault="00B75BA6">
      <w:pPr>
        <w:pStyle w:val="Sraassuenkleliais"/>
        <w:ind w:left="340" w:hanging="170"/>
        <w:rPr>
          <w:rFonts w:ascii="Times New Roman" w:hAnsi="Times New Roman" w:cs="Times New Roman"/>
          <w:sz w:val="24"/>
          <w:szCs w:val="24"/>
        </w:rPr>
      </w:pPr>
      <w:proofErr w:type="gramStart"/>
      <w:r w:rsidRPr="00521E24">
        <w:rPr>
          <w:rFonts w:ascii="Times New Roman" w:hAnsi="Times New Roman" w:cs="Times New Roman"/>
          <w:sz w:val="24"/>
          <w:szCs w:val="24"/>
        </w:rPr>
        <w:t>krūvis</w:t>
      </w:r>
      <w:proofErr w:type="gramEnd"/>
      <w:r w:rsidRPr="00521E24">
        <w:rPr>
          <w:rFonts w:ascii="Times New Roman" w:hAnsi="Times New Roman" w:cs="Times New Roman"/>
          <w:sz w:val="24"/>
          <w:szCs w:val="24"/>
        </w:rPr>
        <w:t xml:space="preserve"> – 8 pamokos per savaitę.</w:t>
      </w:r>
    </w:p>
    <w:p w:rsidR="002B2A64" w:rsidRPr="00521E24" w:rsidRDefault="00B75BA6">
      <w:pPr>
        <w:rPr>
          <w:rFonts w:ascii="Times New Roman" w:hAnsi="Times New Roman" w:cs="Times New Roman"/>
          <w:sz w:val="24"/>
          <w:szCs w:val="24"/>
        </w:rPr>
      </w:pPr>
      <w:r w:rsidRPr="00521E24">
        <w:rPr>
          <w:rFonts w:ascii="Times New Roman" w:hAnsi="Times New Roman" w:cs="Times New Roman"/>
          <w:b/>
          <w:sz w:val="24"/>
          <w:szCs w:val="24"/>
        </w:rPr>
        <w:t>Reikalavimai</w:t>
      </w:r>
    </w:p>
    <w:p w:rsidR="002B2A64" w:rsidRPr="00521E24" w:rsidRDefault="00B75BA6">
      <w:pPr>
        <w:pStyle w:val="Sraassuenkleliais"/>
        <w:ind w:left="340" w:hanging="170"/>
        <w:rPr>
          <w:rFonts w:ascii="Times New Roman" w:hAnsi="Times New Roman" w:cs="Times New Roman"/>
          <w:sz w:val="24"/>
          <w:szCs w:val="24"/>
        </w:rPr>
      </w:pPr>
      <w:r w:rsidRPr="00521E24">
        <w:rPr>
          <w:rFonts w:ascii="Times New Roman" w:hAnsi="Times New Roman" w:cs="Times New Roman"/>
          <w:sz w:val="24"/>
          <w:szCs w:val="24"/>
        </w:rPr>
        <w:t>pedagoginis ar kitas pagal sritį tinkantis aukštasis išsilavinimas;</w:t>
      </w:r>
    </w:p>
    <w:p w:rsidR="002B2A64" w:rsidRPr="00521E24" w:rsidRDefault="00B75BA6">
      <w:pPr>
        <w:pStyle w:val="Sraassuenkleliais"/>
        <w:ind w:left="340" w:hanging="170"/>
        <w:rPr>
          <w:rFonts w:ascii="Times New Roman" w:hAnsi="Times New Roman" w:cs="Times New Roman"/>
          <w:sz w:val="24"/>
          <w:szCs w:val="24"/>
        </w:rPr>
      </w:pPr>
      <w:r w:rsidRPr="00521E24">
        <w:rPr>
          <w:rFonts w:ascii="Times New Roman" w:hAnsi="Times New Roman" w:cs="Times New Roman"/>
          <w:sz w:val="24"/>
          <w:szCs w:val="24"/>
        </w:rPr>
        <w:t>pedagoginio darbo patirt</w:t>
      </w:r>
      <w:r w:rsidRPr="00521E24">
        <w:rPr>
          <w:rFonts w:ascii="Times New Roman" w:hAnsi="Times New Roman" w:cs="Times New Roman"/>
          <w:sz w:val="24"/>
          <w:szCs w:val="24"/>
        </w:rPr>
        <w:t>is – privalumas;</w:t>
      </w:r>
    </w:p>
    <w:p w:rsidR="002B2A64" w:rsidRPr="00521E24" w:rsidRDefault="00B75BA6">
      <w:pPr>
        <w:pStyle w:val="Sraassuenkleliais"/>
        <w:ind w:left="340" w:hanging="170"/>
        <w:rPr>
          <w:rFonts w:ascii="Times New Roman" w:hAnsi="Times New Roman" w:cs="Times New Roman"/>
          <w:sz w:val="24"/>
          <w:szCs w:val="24"/>
        </w:rPr>
      </w:pPr>
      <w:r w:rsidRPr="00521E24">
        <w:rPr>
          <w:rFonts w:ascii="Times New Roman" w:hAnsi="Times New Roman" w:cs="Times New Roman"/>
          <w:sz w:val="24"/>
          <w:szCs w:val="24"/>
        </w:rPr>
        <w:t>puikūs komunikaciniai gebėjimai ir bendradarbiavimas su mokiniais ir mokytojais;</w:t>
      </w:r>
    </w:p>
    <w:p w:rsidR="002B2A64" w:rsidRPr="00521E24" w:rsidRDefault="00B75BA6">
      <w:pPr>
        <w:pStyle w:val="Sraassuenkleliais"/>
        <w:ind w:left="340" w:hanging="170"/>
        <w:rPr>
          <w:rFonts w:ascii="Times New Roman" w:hAnsi="Times New Roman" w:cs="Times New Roman"/>
          <w:sz w:val="24"/>
          <w:szCs w:val="24"/>
        </w:rPr>
      </w:pPr>
      <w:proofErr w:type="gramStart"/>
      <w:r w:rsidRPr="00521E24">
        <w:rPr>
          <w:rFonts w:ascii="Times New Roman" w:hAnsi="Times New Roman" w:cs="Times New Roman"/>
          <w:sz w:val="24"/>
          <w:szCs w:val="24"/>
        </w:rPr>
        <w:t>noras</w:t>
      </w:r>
      <w:proofErr w:type="gramEnd"/>
      <w:r w:rsidRPr="00521E24">
        <w:rPr>
          <w:rFonts w:ascii="Times New Roman" w:hAnsi="Times New Roman" w:cs="Times New Roman"/>
          <w:sz w:val="24"/>
          <w:szCs w:val="24"/>
        </w:rPr>
        <w:t xml:space="preserve"> ir pasirengimas kurti, nuolat mokytis ir tobulėti.</w:t>
      </w:r>
    </w:p>
    <w:p w:rsidR="002B2A64" w:rsidRPr="00521E24" w:rsidRDefault="00B75BA6">
      <w:pPr>
        <w:rPr>
          <w:rFonts w:ascii="Times New Roman" w:hAnsi="Times New Roman" w:cs="Times New Roman"/>
          <w:sz w:val="24"/>
          <w:szCs w:val="24"/>
        </w:rPr>
      </w:pPr>
      <w:r w:rsidRPr="00521E24">
        <w:rPr>
          <w:rFonts w:ascii="Times New Roman" w:hAnsi="Times New Roman" w:cs="Times New Roman"/>
          <w:b/>
          <w:sz w:val="24"/>
          <w:szCs w:val="24"/>
        </w:rPr>
        <w:t>Dokumentų pateikimo būdas</w:t>
      </w:r>
    </w:p>
    <w:p w:rsidR="002B2A64" w:rsidRPr="00B75BA6" w:rsidRDefault="00B75BA6">
      <w:pPr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</w:pPr>
      <w:r w:rsidRPr="00521E24">
        <w:rPr>
          <w:rFonts w:ascii="Times New Roman" w:hAnsi="Times New Roman" w:cs="Times New Roman"/>
          <w:sz w:val="24"/>
          <w:szCs w:val="24"/>
        </w:rPr>
        <w:t xml:space="preserve">CV ir motyvacinį laišką siųskite el. paštu </w:t>
      </w:r>
      <w:r w:rsidRPr="00B75BA6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>rastine@skmg.lt</w:t>
      </w:r>
    </w:p>
    <w:p w:rsidR="002B2A64" w:rsidRPr="00521E24" w:rsidRDefault="00B75BA6">
      <w:pPr>
        <w:rPr>
          <w:rFonts w:ascii="Times New Roman" w:hAnsi="Times New Roman" w:cs="Times New Roman"/>
          <w:sz w:val="24"/>
          <w:szCs w:val="24"/>
        </w:rPr>
      </w:pPr>
      <w:r w:rsidRPr="00521E24">
        <w:rPr>
          <w:rFonts w:ascii="Times New Roman" w:hAnsi="Times New Roman" w:cs="Times New Roman"/>
          <w:b/>
          <w:sz w:val="24"/>
          <w:szCs w:val="24"/>
        </w:rPr>
        <w:t>Siūlome</w:t>
      </w:r>
    </w:p>
    <w:p w:rsidR="002B2A64" w:rsidRPr="00521E24" w:rsidRDefault="00B75BA6">
      <w:pPr>
        <w:pStyle w:val="Sraassuenkleliais"/>
        <w:ind w:left="340" w:hanging="170"/>
        <w:rPr>
          <w:rFonts w:ascii="Times New Roman" w:hAnsi="Times New Roman" w:cs="Times New Roman"/>
          <w:sz w:val="24"/>
          <w:szCs w:val="24"/>
        </w:rPr>
      </w:pPr>
      <w:r w:rsidRPr="00521E24">
        <w:rPr>
          <w:rFonts w:ascii="Times New Roman" w:hAnsi="Times New Roman" w:cs="Times New Roman"/>
          <w:sz w:val="24"/>
          <w:szCs w:val="24"/>
        </w:rPr>
        <w:t>turtingą</w:t>
      </w:r>
      <w:r w:rsidRPr="00521E24">
        <w:rPr>
          <w:rFonts w:ascii="Times New Roman" w:hAnsi="Times New Roman" w:cs="Times New Roman"/>
          <w:sz w:val="24"/>
          <w:szCs w:val="24"/>
        </w:rPr>
        <w:t xml:space="preserve"> mokymosi priemonėmis aplinką;</w:t>
      </w:r>
    </w:p>
    <w:p w:rsidR="002B2A64" w:rsidRPr="00521E24" w:rsidRDefault="00B75BA6">
      <w:pPr>
        <w:pStyle w:val="Sraassuenkleliais"/>
        <w:ind w:left="340" w:hanging="170"/>
        <w:rPr>
          <w:rFonts w:ascii="Times New Roman" w:hAnsi="Times New Roman" w:cs="Times New Roman"/>
          <w:sz w:val="24"/>
          <w:szCs w:val="24"/>
        </w:rPr>
      </w:pPr>
      <w:r w:rsidRPr="00521E24">
        <w:rPr>
          <w:rFonts w:ascii="Times New Roman" w:hAnsi="Times New Roman" w:cs="Times New Roman"/>
          <w:sz w:val="24"/>
          <w:szCs w:val="24"/>
        </w:rPr>
        <w:t>galimybes augti ir tobulėti;</w:t>
      </w:r>
    </w:p>
    <w:p w:rsidR="002B2A64" w:rsidRDefault="00B75BA6">
      <w:pPr>
        <w:pStyle w:val="Sraassuenkleliais"/>
        <w:ind w:left="340" w:hanging="17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21E24">
        <w:rPr>
          <w:rFonts w:ascii="Times New Roman" w:hAnsi="Times New Roman" w:cs="Times New Roman"/>
          <w:sz w:val="24"/>
          <w:szCs w:val="24"/>
        </w:rPr>
        <w:t>draugišką</w:t>
      </w:r>
      <w:proofErr w:type="spellEnd"/>
      <w:proofErr w:type="gramEnd"/>
      <w:r w:rsidRPr="00521E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E24">
        <w:rPr>
          <w:rFonts w:ascii="Times New Roman" w:hAnsi="Times New Roman" w:cs="Times New Roman"/>
          <w:sz w:val="24"/>
          <w:szCs w:val="24"/>
        </w:rPr>
        <w:t>kolektyvą</w:t>
      </w:r>
      <w:proofErr w:type="spellEnd"/>
      <w:r w:rsidRPr="00521E24">
        <w:rPr>
          <w:rFonts w:ascii="Times New Roman" w:hAnsi="Times New Roman" w:cs="Times New Roman"/>
          <w:sz w:val="24"/>
          <w:szCs w:val="24"/>
        </w:rPr>
        <w:t>.</w:t>
      </w:r>
    </w:p>
    <w:p w:rsidR="00521E24" w:rsidRDefault="00521E24" w:rsidP="00521E24">
      <w:pPr>
        <w:pStyle w:val="Sraassuenkleliais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521E24" w:rsidRDefault="00521E24" w:rsidP="00521E24">
      <w:pPr>
        <w:pStyle w:val="Sraassuenkleliais"/>
        <w:numPr>
          <w:ilvl w:val="0"/>
          <w:numId w:val="0"/>
        </w:numPr>
        <w:ind w:left="360" w:hanging="3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21E24">
        <w:rPr>
          <w:rFonts w:ascii="Times New Roman" w:hAnsi="Times New Roman" w:cs="Times New Roman"/>
          <w:b/>
          <w:sz w:val="24"/>
          <w:szCs w:val="24"/>
        </w:rPr>
        <w:t>Atlyginimas</w:t>
      </w:r>
      <w:proofErr w:type="spellEnd"/>
      <w:r w:rsidRPr="00521E24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521E24">
        <w:rPr>
          <w:rFonts w:ascii="Times New Roman" w:hAnsi="Times New Roman" w:cs="Times New Roman"/>
          <w:b/>
          <w:sz w:val="24"/>
          <w:szCs w:val="24"/>
        </w:rPr>
        <w:t>bruto</w:t>
      </w:r>
      <w:proofErr w:type="spellEnd"/>
      <w:r w:rsidRPr="00521E24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521E24" w:rsidRDefault="00521E24" w:rsidP="00521E24">
      <w:pPr>
        <w:pStyle w:val="Sraassuenkleliais"/>
        <w:numPr>
          <w:ilvl w:val="0"/>
          <w:numId w:val="0"/>
        </w:numPr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521E24" w:rsidRPr="00521E24" w:rsidRDefault="00521E24" w:rsidP="00521E24">
      <w:pPr>
        <w:pStyle w:val="Sraassuenkleliais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521E24">
        <w:rPr>
          <w:rFonts w:ascii="Times New Roman" w:hAnsi="Times New Roman" w:cs="Times New Roman"/>
          <w:sz w:val="24"/>
          <w:szCs w:val="24"/>
        </w:rPr>
        <w:t>Nuo</w:t>
      </w:r>
      <w:proofErr w:type="spellEnd"/>
      <w:r w:rsidRPr="00521E24">
        <w:rPr>
          <w:rFonts w:ascii="Times New Roman" w:hAnsi="Times New Roman" w:cs="Times New Roman"/>
          <w:sz w:val="24"/>
          <w:szCs w:val="24"/>
        </w:rPr>
        <w:t xml:space="preserve"> 2137 </w:t>
      </w:r>
      <w:proofErr w:type="spellStart"/>
      <w:r w:rsidRPr="00521E24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Pr="00521E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E24">
        <w:rPr>
          <w:rFonts w:ascii="Times New Roman" w:hAnsi="Times New Roman" w:cs="Times New Roman"/>
          <w:sz w:val="24"/>
          <w:szCs w:val="24"/>
        </w:rPr>
        <w:t>už</w:t>
      </w:r>
      <w:proofErr w:type="spellEnd"/>
      <w:r w:rsidRPr="00521E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E24">
        <w:rPr>
          <w:rFonts w:ascii="Times New Roman" w:hAnsi="Times New Roman" w:cs="Times New Roman"/>
          <w:sz w:val="24"/>
          <w:szCs w:val="24"/>
        </w:rPr>
        <w:t>etatą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B2A64" w:rsidRPr="00521E24" w:rsidRDefault="00B75BA6">
      <w:pPr>
        <w:rPr>
          <w:rFonts w:ascii="Times New Roman" w:hAnsi="Times New Roman" w:cs="Times New Roman"/>
          <w:sz w:val="24"/>
          <w:szCs w:val="24"/>
        </w:rPr>
      </w:pPr>
      <w:r w:rsidRPr="00521E24">
        <w:rPr>
          <w:rFonts w:ascii="Times New Roman" w:hAnsi="Times New Roman" w:cs="Times New Roman"/>
          <w:b/>
          <w:sz w:val="24"/>
          <w:szCs w:val="24"/>
        </w:rPr>
        <w:t>Darbo vietos adresas</w:t>
      </w:r>
    </w:p>
    <w:p w:rsidR="002B2A64" w:rsidRPr="00521E24" w:rsidRDefault="00B75BA6">
      <w:pPr>
        <w:rPr>
          <w:rFonts w:ascii="Times New Roman" w:hAnsi="Times New Roman" w:cs="Times New Roman"/>
          <w:sz w:val="24"/>
          <w:szCs w:val="24"/>
        </w:rPr>
      </w:pPr>
      <w:r w:rsidRPr="00521E24">
        <w:rPr>
          <w:rFonts w:ascii="Times New Roman" w:hAnsi="Times New Roman" w:cs="Times New Roman"/>
          <w:sz w:val="24"/>
          <w:szCs w:val="24"/>
        </w:rPr>
        <w:t>Mokyklos g. 24, Švenčionėliai</w:t>
      </w:r>
    </w:p>
    <w:p w:rsidR="002B2A64" w:rsidRPr="00521E24" w:rsidRDefault="00B75BA6">
      <w:pPr>
        <w:rPr>
          <w:rFonts w:ascii="Times New Roman" w:hAnsi="Times New Roman" w:cs="Times New Roman"/>
          <w:sz w:val="24"/>
          <w:szCs w:val="24"/>
        </w:rPr>
      </w:pPr>
      <w:r w:rsidRPr="00521E24">
        <w:rPr>
          <w:rFonts w:ascii="Times New Roman" w:hAnsi="Times New Roman" w:cs="Times New Roman"/>
          <w:b/>
          <w:sz w:val="24"/>
          <w:szCs w:val="24"/>
        </w:rPr>
        <w:t>Darbo laikas</w:t>
      </w:r>
    </w:p>
    <w:p w:rsidR="002B2A64" w:rsidRPr="00521E24" w:rsidRDefault="00B75BA6">
      <w:pPr>
        <w:rPr>
          <w:rFonts w:ascii="Times New Roman" w:hAnsi="Times New Roman" w:cs="Times New Roman"/>
          <w:sz w:val="24"/>
          <w:szCs w:val="24"/>
        </w:rPr>
      </w:pPr>
      <w:r w:rsidRPr="00521E24">
        <w:rPr>
          <w:rFonts w:ascii="Times New Roman" w:hAnsi="Times New Roman" w:cs="Times New Roman"/>
          <w:sz w:val="24"/>
          <w:szCs w:val="24"/>
        </w:rPr>
        <w:lastRenderedPageBreak/>
        <w:t>8.00–15.00</w:t>
      </w:r>
    </w:p>
    <w:p w:rsidR="002B2A64" w:rsidRPr="00521E24" w:rsidRDefault="00B75BA6">
      <w:pPr>
        <w:rPr>
          <w:rFonts w:ascii="Times New Roman" w:hAnsi="Times New Roman" w:cs="Times New Roman"/>
          <w:sz w:val="24"/>
          <w:szCs w:val="24"/>
        </w:rPr>
      </w:pPr>
      <w:r w:rsidRPr="00521E24">
        <w:rPr>
          <w:rFonts w:ascii="Times New Roman" w:hAnsi="Times New Roman" w:cs="Times New Roman"/>
          <w:b/>
          <w:sz w:val="24"/>
          <w:szCs w:val="24"/>
        </w:rPr>
        <w:t>Skelbimo publikavimo data</w:t>
      </w:r>
    </w:p>
    <w:p w:rsidR="002B2A64" w:rsidRPr="00521E24" w:rsidRDefault="00B75BA6">
      <w:pPr>
        <w:rPr>
          <w:rFonts w:ascii="Times New Roman" w:hAnsi="Times New Roman" w:cs="Times New Roman"/>
          <w:sz w:val="24"/>
          <w:szCs w:val="24"/>
        </w:rPr>
      </w:pPr>
      <w:r w:rsidRPr="00521E24">
        <w:rPr>
          <w:rFonts w:ascii="Times New Roman" w:hAnsi="Times New Roman" w:cs="Times New Roman"/>
          <w:sz w:val="24"/>
          <w:szCs w:val="24"/>
        </w:rPr>
        <w:t>2026-06-10</w:t>
      </w:r>
    </w:p>
    <w:p w:rsidR="002B2A64" w:rsidRPr="00521E24" w:rsidRDefault="00B75BA6">
      <w:pPr>
        <w:rPr>
          <w:rFonts w:ascii="Times New Roman" w:hAnsi="Times New Roman" w:cs="Times New Roman"/>
          <w:sz w:val="24"/>
          <w:szCs w:val="24"/>
        </w:rPr>
      </w:pPr>
      <w:r w:rsidRPr="00521E24">
        <w:rPr>
          <w:rFonts w:ascii="Times New Roman" w:hAnsi="Times New Roman" w:cs="Times New Roman"/>
          <w:b/>
          <w:sz w:val="24"/>
          <w:szCs w:val="24"/>
        </w:rPr>
        <w:t>Skelbimo galiojimo data</w:t>
      </w:r>
    </w:p>
    <w:p w:rsidR="002B2A64" w:rsidRPr="00521E24" w:rsidRDefault="00B75BA6">
      <w:pPr>
        <w:rPr>
          <w:rFonts w:ascii="Times New Roman" w:hAnsi="Times New Roman" w:cs="Times New Roman"/>
          <w:sz w:val="24"/>
          <w:szCs w:val="24"/>
        </w:rPr>
      </w:pPr>
      <w:r w:rsidRPr="00521E24">
        <w:rPr>
          <w:rFonts w:ascii="Times New Roman" w:hAnsi="Times New Roman" w:cs="Times New Roman"/>
          <w:sz w:val="24"/>
          <w:szCs w:val="24"/>
        </w:rPr>
        <w:t>2026-08-15</w:t>
      </w:r>
    </w:p>
    <w:p w:rsidR="002B2A64" w:rsidRPr="00521E24" w:rsidRDefault="00B75BA6">
      <w:pPr>
        <w:rPr>
          <w:rFonts w:ascii="Times New Roman" w:hAnsi="Times New Roman" w:cs="Times New Roman"/>
          <w:sz w:val="24"/>
          <w:szCs w:val="24"/>
        </w:rPr>
      </w:pPr>
      <w:r w:rsidRPr="00521E24">
        <w:rPr>
          <w:rFonts w:ascii="Times New Roman" w:hAnsi="Times New Roman" w:cs="Times New Roman"/>
          <w:b/>
          <w:sz w:val="24"/>
          <w:szCs w:val="24"/>
        </w:rPr>
        <w:t>Atrankos konkurso data</w:t>
      </w:r>
    </w:p>
    <w:p w:rsidR="002B2A64" w:rsidRPr="00521E24" w:rsidRDefault="00B75BA6">
      <w:pPr>
        <w:rPr>
          <w:rFonts w:ascii="Times New Roman" w:hAnsi="Times New Roman" w:cs="Times New Roman"/>
          <w:sz w:val="24"/>
          <w:szCs w:val="24"/>
        </w:rPr>
      </w:pPr>
      <w:r w:rsidRPr="00521E24">
        <w:rPr>
          <w:rFonts w:ascii="Times New Roman" w:hAnsi="Times New Roman" w:cs="Times New Roman"/>
          <w:sz w:val="24"/>
          <w:szCs w:val="24"/>
        </w:rPr>
        <w:t>2026-08-19</w:t>
      </w:r>
    </w:p>
    <w:sectPr w:rsidR="002B2A64" w:rsidRPr="00521E24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Sraassunumeriai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Sraassunumeriai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Sraassuenkleliai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Sraassuenkleliai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Sraassunumeriai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2B2A64"/>
    <w:rsid w:val="00326F90"/>
    <w:rsid w:val="00521E24"/>
    <w:rsid w:val="00AA1D8D"/>
    <w:rsid w:val="00B47730"/>
    <w:rsid w:val="00B75BA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FA159720-DA2E-4BAE-A3AB-624179A6D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C693F"/>
    <w:rPr>
      <w:rFonts w:ascii="Calibri" w:eastAsia="Calibri" w:hAnsi="Calibri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18BF"/>
  </w:style>
  <w:style w:type="paragraph" w:styleId="Porat">
    <w:name w:val="footer"/>
    <w:basedOn w:val="prastasis"/>
    <w:link w:val="Porat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618BF"/>
  </w:style>
  <w:style w:type="paragraph" w:styleId="Betarp">
    <w:name w:val="No Spacing"/>
    <w:uiPriority w:val="1"/>
    <w:qFormat/>
    <w:rsid w:val="00FC693F"/>
    <w:pPr>
      <w:spacing w:after="0" w:line="240" w:lineRule="auto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FC693F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unhideWhenUsed/>
    <w:rsid w:val="00AA1D8D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AA1D8D"/>
  </w:style>
  <w:style w:type="paragraph" w:styleId="Pagrindinistekstas2">
    <w:name w:val="Body Text 2"/>
    <w:basedOn w:val="prastasis"/>
    <w:link w:val="Pagrindinistekstas2Diagrama"/>
    <w:uiPriority w:val="99"/>
    <w:unhideWhenUsed/>
    <w:rsid w:val="00AA1D8D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AA1D8D"/>
  </w:style>
  <w:style w:type="paragraph" w:styleId="Pagrindinistekstas3">
    <w:name w:val="Body Text 3"/>
    <w:basedOn w:val="prastasis"/>
    <w:link w:val="Pagrindinistekstas3Diagrama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AA1D8D"/>
    <w:rPr>
      <w:sz w:val="16"/>
      <w:szCs w:val="16"/>
    </w:rPr>
  </w:style>
  <w:style w:type="paragraph" w:styleId="Sraas">
    <w:name w:val="List"/>
    <w:basedOn w:val="prastasis"/>
    <w:uiPriority w:val="99"/>
    <w:unhideWhenUsed/>
    <w:rsid w:val="00AA1D8D"/>
    <w:pPr>
      <w:ind w:left="360" w:hanging="360"/>
      <w:contextualSpacing/>
    </w:pPr>
  </w:style>
  <w:style w:type="paragraph" w:styleId="Sraas2">
    <w:name w:val="List 2"/>
    <w:basedOn w:val="prastasis"/>
    <w:uiPriority w:val="99"/>
    <w:unhideWhenUsed/>
    <w:rsid w:val="00326F90"/>
    <w:pPr>
      <w:ind w:left="720" w:hanging="360"/>
      <w:contextualSpacing/>
    </w:pPr>
  </w:style>
  <w:style w:type="paragraph" w:styleId="Sraas3">
    <w:name w:val="List 3"/>
    <w:basedOn w:val="prastasis"/>
    <w:uiPriority w:val="99"/>
    <w:unhideWhenUsed/>
    <w:rsid w:val="00326F90"/>
    <w:pPr>
      <w:ind w:left="1080" w:hanging="360"/>
      <w:contextualSpacing/>
    </w:pPr>
  </w:style>
  <w:style w:type="paragraph" w:styleId="Sraassuenkleliais">
    <w:name w:val="List Bullet"/>
    <w:basedOn w:val="prastasis"/>
    <w:uiPriority w:val="99"/>
    <w:unhideWhenUsed/>
    <w:rsid w:val="00326F90"/>
    <w:pPr>
      <w:numPr>
        <w:numId w:val="1"/>
      </w:numPr>
      <w:contextualSpacing/>
    </w:pPr>
  </w:style>
  <w:style w:type="paragraph" w:styleId="Sraassuenkleliais2">
    <w:name w:val="List Bullet 2"/>
    <w:basedOn w:val="prastasis"/>
    <w:uiPriority w:val="99"/>
    <w:unhideWhenUsed/>
    <w:rsid w:val="00326F90"/>
    <w:pPr>
      <w:numPr>
        <w:numId w:val="2"/>
      </w:numPr>
      <w:contextualSpacing/>
    </w:pPr>
  </w:style>
  <w:style w:type="paragraph" w:styleId="Sraassuenkleliais3">
    <w:name w:val="List Bullet 3"/>
    <w:basedOn w:val="prastasis"/>
    <w:uiPriority w:val="99"/>
    <w:unhideWhenUsed/>
    <w:rsid w:val="00326F90"/>
    <w:pPr>
      <w:numPr>
        <w:numId w:val="3"/>
      </w:numPr>
      <w:contextualSpacing/>
    </w:pPr>
  </w:style>
  <w:style w:type="paragraph" w:styleId="Sraassunumeriais">
    <w:name w:val="List Number"/>
    <w:basedOn w:val="prastasis"/>
    <w:uiPriority w:val="99"/>
    <w:unhideWhenUsed/>
    <w:rsid w:val="00326F90"/>
    <w:pPr>
      <w:numPr>
        <w:numId w:val="5"/>
      </w:numPr>
      <w:contextualSpacing/>
    </w:pPr>
  </w:style>
  <w:style w:type="paragraph" w:styleId="Sraassunumeriais2">
    <w:name w:val="List Number 2"/>
    <w:basedOn w:val="prastasis"/>
    <w:uiPriority w:val="99"/>
    <w:unhideWhenUsed/>
    <w:rsid w:val="0029639D"/>
    <w:pPr>
      <w:numPr>
        <w:numId w:val="6"/>
      </w:numPr>
      <w:contextualSpacing/>
    </w:pPr>
  </w:style>
  <w:style w:type="paragraph" w:styleId="Sraassunumeriais3">
    <w:name w:val="List Number 3"/>
    <w:basedOn w:val="prastasis"/>
    <w:uiPriority w:val="99"/>
    <w:unhideWhenUsed/>
    <w:rsid w:val="0029639D"/>
    <w:pPr>
      <w:numPr>
        <w:numId w:val="7"/>
      </w:numPr>
      <w:contextualSpacing/>
    </w:pPr>
  </w:style>
  <w:style w:type="paragraph" w:styleId="Sraotsinys">
    <w:name w:val="List Continue"/>
    <w:basedOn w:val="prastasis"/>
    <w:uiPriority w:val="99"/>
    <w:unhideWhenUsed/>
    <w:rsid w:val="0029639D"/>
    <w:pPr>
      <w:spacing w:after="120"/>
      <w:ind w:left="360"/>
      <w:contextualSpacing/>
    </w:pPr>
  </w:style>
  <w:style w:type="paragraph" w:styleId="Sraotsinys2">
    <w:name w:val="List Continue 2"/>
    <w:basedOn w:val="prastasis"/>
    <w:uiPriority w:val="99"/>
    <w:unhideWhenUsed/>
    <w:rsid w:val="0029639D"/>
    <w:pPr>
      <w:spacing w:after="120"/>
      <w:ind w:left="720"/>
      <w:contextualSpacing/>
    </w:pPr>
  </w:style>
  <w:style w:type="paragraph" w:styleId="Sraotsinys3">
    <w:name w:val="List Continue 3"/>
    <w:basedOn w:val="prastasis"/>
    <w:uiPriority w:val="99"/>
    <w:unhideWhenUsed/>
    <w:rsid w:val="0029639D"/>
    <w:pPr>
      <w:spacing w:after="120"/>
      <w:ind w:left="1080"/>
      <w:contextualSpacing/>
    </w:pPr>
  </w:style>
  <w:style w:type="paragraph" w:styleId="Makrokomandostekstas">
    <w:name w:val="macro"/>
    <w:link w:val="MakrokomandostekstasDiagrama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komandostekstasDiagrama">
    <w:name w:val="Makrokomandos tekstas Diagrama"/>
    <w:basedOn w:val="Numatytasispastraiposriftas"/>
    <w:link w:val="Makrokomandostekstas"/>
    <w:uiPriority w:val="99"/>
    <w:rsid w:val="0029639D"/>
    <w:rPr>
      <w:rFonts w:ascii="Courier" w:hAnsi="Courier"/>
      <w:sz w:val="20"/>
      <w:szCs w:val="20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C693F"/>
    <w:rPr>
      <w:i/>
      <w:iCs/>
      <w:color w:val="000000" w:themeColor="text1"/>
    </w:rPr>
  </w:style>
  <w:style w:type="character" w:customStyle="1" w:styleId="CitataDiagrama">
    <w:name w:val="Citata Diagrama"/>
    <w:basedOn w:val="Numatytasispastraiposriftas"/>
    <w:link w:val="Citata"/>
    <w:uiPriority w:val="29"/>
    <w:rsid w:val="00FC693F"/>
    <w:rPr>
      <w:i/>
      <w:iCs/>
      <w:color w:val="000000" w:themeColor="text1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FC693F"/>
    <w:rPr>
      <w:b/>
      <w:bCs/>
    </w:rPr>
  </w:style>
  <w:style w:type="character" w:styleId="Emfaz">
    <w:name w:val="Emphasis"/>
    <w:basedOn w:val="Numatytasispastraiposriftas"/>
    <w:uiPriority w:val="20"/>
    <w:qFormat/>
    <w:rsid w:val="00FC693F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C693F"/>
    <w:rPr>
      <w:b/>
      <w:bCs/>
      <w:i/>
      <w:iCs/>
      <w:color w:val="4F81BD" w:themeColor="accent1"/>
    </w:rPr>
  </w:style>
  <w:style w:type="character" w:styleId="Nerykuspabraukimas">
    <w:name w:val="Subtle Emphasis"/>
    <w:basedOn w:val="Numatytasispastraiposriftas"/>
    <w:uiPriority w:val="19"/>
    <w:qFormat/>
    <w:rsid w:val="00FC693F"/>
    <w:rPr>
      <w:i/>
      <w:iCs/>
      <w:color w:val="808080" w:themeColor="text1" w:themeTint="7F"/>
    </w:rPr>
  </w:style>
  <w:style w:type="character" w:styleId="Rykuspabraukimas">
    <w:name w:val="Intense Emphasis"/>
    <w:basedOn w:val="Numatytasispastraiposriftas"/>
    <w:uiPriority w:val="21"/>
    <w:qFormat/>
    <w:rsid w:val="00FC693F"/>
    <w:rPr>
      <w:b/>
      <w:bCs/>
      <w:i/>
      <w:iCs/>
      <w:color w:val="4F81BD" w:themeColor="accent1"/>
    </w:rPr>
  </w:style>
  <w:style w:type="character" w:styleId="Nerykinuoroda">
    <w:name w:val="Subtle Reference"/>
    <w:basedOn w:val="Numatytasispastraiposriftas"/>
    <w:uiPriority w:val="31"/>
    <w:qFormat/>
    <w:rsid w:val="00FC693F"/>
    <w:rPr>
      <w:smallCaps/>
      <w:color w:val="C0504D" w:themeColor="accent2"/>
      <w:u w:val="single"/>
    </w:rPr>
  </w:style>
  <w:style w:type="character" w:styleId="Rykinuoroda">
    <w:name w:val="Intense Reference"/>
    <w:basedOn w:val="Numatytasispastraiposrifta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gospavadinimas">
    <w:name w:val="Book Title"/>
    <w:basedOn w:val="Numatytasispastraiposriftas"/>
    <w:uiPriority w:val="33"/>
    <w:qFormat/>
    <w:rsid w:val="00FC693F"/>
    <w:rPr>
      <w:b/>
      <w:bCs/>
      <w:smallCaps/>
      <w:spacing w:val="5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FC693F"/>
    <w:pPr>
      <w:outlineLvl w:val="9"/>
    </w:pPr>
  </w:style>
  <w:style w:type="table" w:styleId="Lentelstinklelis">
    <w:name w:val="Table Grid"/>
    <w:basedOn w:val="prastojilente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viesusisspalvinimas">
    <w:name w:val="Light Shading"/>
    <w:basedOn w:val="prastojilent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esusspalvinimas2parykinimas">
    <w:name w:val="Light Shading Accent 2"/>
    <w:basedOn w:val="prastojilent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4parykinimas">
    <w:name w:val="Light Shading Accent 4"/>
    <w:basedOn w:val="prastojilent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esusspalvinimas5parykinimas">
    <w:name w:val="Light Shading Accent 5"/>
    <w:basedOn w:val="prastojilent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esusspalvinimas6parykinimas">
    <w:name w:val="Light Shading Accent 6"/>
    <w:basedOn w:val="prastojilent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esussraas">
    <w:name w:val="Light List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esussraas1parykinimas">
    <w:name w:val="Light List Accent 1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esussraas2parykinimas">
    <w:name w:val="Light List Accent 2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esussraas3parykinimas">
    <w:name w:val="Light List Accent 3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esussraas4parykinimas">
    <w:name w:val="Light List Accent 4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esussraas5parykinimas">
    <w:name w:val="Light List Accent 5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esussraas6parykinimas">
    <w:name w:val="Light List Accent 6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esustinklelis">
    <w:name w:val="Light Grid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esustinklelis1parykinimas">
    <w:name w:val="Light Grid Accent 1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esustinklelis2parykinimas">
    <w:name w:val="Light Grid Accent 2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esustinklelis3parykinimas">
    <w:name w:val="Light Grid Accent 3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esustinklelis4parykinimas">
    <w:name w:val="Light Grid Accent 4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esustinklelis5parykinimas">
    <w:name w:val="Light Grid Accent 5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esustinklelis6parykinimas">
    <w:name w:val="Light Grid Accent 6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vidutinisspalvinimas">
    <w:name w:val="Medium Shading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1parykinimas">
    <w:name w:val="Medium Shading 1 Accent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2parykinimas">
    <w:name w:val="Medium Shading 1 Accent 2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3parykinimas">
    <w:name w:val="Medium Shading 1 Accent 3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4parykinimas">
    <w:name w:val="Medium Shading 1 Accent 4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5parykinimas">
    <w:name w:val="Medium Shading 1 Accent 5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6parykinimas">
    <w:name w:val="Medium Shading 1 Accent 6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vidutinisspalvinimas">
    <w:name w:val="Medium Shading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1parykinimas">
    <w:name w:val="Medium Shading 2 Accent 1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2parykinimas">
    <w:name w:val="Medium Shading 2 Accent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3parykinimas">
    <w:name w:val="Medium Shading 2 Accent 3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4parykinimas">
    <w:name w:val="Medium Shading 2 Accent 4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5parykinimas">
    <w:name w:val="Medium Shading 2 Accent 5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6parykinimas">
    <w:name w:val="Medium Shading 2 Accent 6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vidutinissraas">
    <w:name w:val="Medium Lis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vidutinissraas1parykinimas">
    <w:name w:val="Medium List 1 Accen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vidutinissraas2parykinimas">
    <w:name w:val="Medium List 1 Accent 2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vidutinissraas3parykinimas">
    <w:name w:val="Medium List 1 Accent 3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vidutinissraas4parykinimas">
    <w:name w:val="Medium List 1 Accent 4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vidutinissraas5parykinimas">
    <w:name w:val="Medium List 1 Accent 5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vidutinissraas6parykinimas">
    <w:name w:val="Medium List 1 Accent 6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vidutinissraas">
    <w:name w:val="Medium Lis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1parykinimas">
    <w:name w:val="Medium List 2 Accent 1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2parykinimas">
    <w:name w:val="Medium List 2 Accen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3parykinimas">
    <w:name w:val="Medium List 2 Accent 3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4parykinimas">
    <w:name w:val="Medium List 2 Accent 4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5parykinimas">
    <w:name w:val="Medium List 2 Accent 5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6parykinimas">
    <w:name w:val="Medium List 2 Accent 6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vidutinistinklelis">
    <w:name w:val="Medium Grid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vidutinistinklelis1parykinimas">
    <w:name w:val="Medium Grid 1 Accent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vidutinistinklelis2parykinimas">
    <w:name w:val="Medium Grid 1 Accent 2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vidutinistinklelis3parykinimas">
    <w:name w:val="Medium Grid 1 Accent 3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vidutinistinklelis4parykinimas">
    <w:name w:val="Medium Grid 1 Accent 4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vidutinistinklelis5parykinimas">
    <w:name w:val="Medium Grid 1 Accent 5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vidutinistinklelis6parykinimas">
    <w:name w:val="Medium Grid 1 Accent 6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vidutinistinklelis">
    <w:name w:val="Medium Grid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1parykinimas">
    <w:name w:val="Medium Grid 2 Accent 1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2parykinimas">
    <w:name w:val="Medium Grid 2 Accent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3parykinimas">
    <w:name w:val="Medium Grid 2 Accent 3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4parykinimas">
    <w:name w:val="Medium Grid 2 Accent 4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5parykinimas">
    <w:name w:val="Medium Grid 2 Accent 5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6parykinimas">
    <w:name w:val="Medium Grid 2 Accent 6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vidutinistinklelis">
    <w:name w:val="Medium Grid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vidutinistinklelis1parykinimas">
    <w:name w:val="Medium Grid 3 Accent 1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vidutinistinklelis2parykinimas">
    <w:name w:val="Medium Grid 3 Accent 2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vidutinistinklelis3parykinimas">
    <w:name w:val="Medium Grid 3 Accent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vidutinistinklelis4parykinimas">
    <w:name w:val="Medium Grid 3 Accent 4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vidutinistinklelis5parykinimas">
    <w:name w:val="Medium Grid 3 Accent 5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vidutinistinklelis6parykinimas">
    <w:name w:val="Medium Grid 3 Accent 6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sussraas">
    <w:name w:val="Dark List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sussraas1parykinimas">
    <w:name w:val="Dark List Accent 1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sussraas2parykinimas">
    <w:name w:val="Dark List Accent 2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sussraas3parykinimas">
    <w:name w:val="Dark List Accent 3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sussraas4parykinimas">
    <w:name w:val="Dark List Accent 4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sussraas5parykinimas">
    <w:name w:val="Dark List Accent 5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sussraas6parykinimas">
    <w:name w:val="Dark List Accent 6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palvotasspalvinimas">
    <w:name w:val="Colorful Shading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1parykinimas">
    <w:name w:val="Colorful Shading Accent 1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2parykinimas">
    <w:name w:val="Colorful Shading Accent 2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3parykinimas">
    <w:name w:val="Colorful Shading Accent 3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spalvinimas4parykinimas">
    <w:name w:val="Colorful Shading Accent 4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5parykinimas">
    <w:name w:val="Colorful Shading Accent 5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6parykinimas">
    <w:name w:val="Colorful Shading Accent 6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raas">
    <w:name w:val="Colorful List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palvotassraas1parykinimas">
    <w:name w:val="Colorful List Accent 1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palvotassraas2parykinimas">
    <w:name w:val="Colorful List Accent 2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palvotassraas3parykinimas">
    <w:name w:val="Colorful List Accent 3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palvotassraas4parykinimas">
    <w:name w:val="Colorful List Accent 4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palvotassraas5parykinimas">
    <w:name w:val="Colorful List Accent 5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palvotassraas6parykinimas">
    <w:name w:val="Colorful List Accent 6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palvotastinklelis">
    <w:name w:val="Colorful Grid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palvotastinklelis1parykinimas">
    <w:name w:val="Colorful Grid Accent 1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palvotastinklelis2parykinimas">
    <w:name w:val="Colorful Grid Accent 2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palvotastinklelis3parykinimas">
    <w:name w:val="Colorful Grid Accent 3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tinklelis4parykinimas">
    <w:name w:val="Colorful Grid Accent 4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palvotastinklelis5parykinimas">
    <w:name w:val="Colorful Grid Accent 5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palvotastinklelis6parykinimas">
    <w:name w:val="Colorful Grid Accent 6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376FF86-EF85-481C-87FE-2026BF8AE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684</Words>
  <Characters>391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1073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direkt</cp:lastModifiedBy>
  <cp:revision>3</cp:revision>
  <dcterms:created xsi:type="dcterms:W3CDTF">2026-06-09T07:36:00Z</dcterms:created>
  <dcterms:modified xsi:type="dcterms:W3CDTF">2026-06-09T07:36:00Z</dcterms:modified>
  <cp:category/>
</cp:coreProperties>
</file>